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8F0700" w14:textId="6C21C75D" w:rsidR="002E498D" w:rsidRDefault="002E498D" w:rsidP="002E498D">
      <w:pPr>
        <w:pStyle w:val="Title"/>
        <w:pBdr>
          <w:bottom w:val="single" w:sz="8" w:space="19" w:color="4F81BD" w:themeColor="accent1"/>
        </w:pBdr>
        <w:jc w:val="center"/>
      </w:pPr>
      <w:r>
        <w:t>Yr10</w:t>
      </w:r>
      <w:r w:rsidR="00000000">
        <w:t>Maths Skills Practice Workshee</w:t>
      </w:r>
      <w:r>
        <w:t>t</w:t>
      </w:r>
    </w:p>
    <w:p w14:paraId="5B09E845" w14:textId="2C0C3A35" w:rsidR="002E498D" w:rsidRPr="002E498D" w:rsidRDefault="002E498D" w:rsidP="002E498D">
      <w:pPr>
        <w:pStyle w:val="Title"/>
        <w:pBdr>
          <w:bottom w:val="single" w:sz="8" w:space="19" w:color="4F81BD" w:themeColor="accent1"/>
        </w:pBdr>
        <w:jc w:val="center"/>
      </w:pPr>
      <w:proofErr w:type="spellStart"/>
      <w:r>
        <w:t>Mr</w:t>
      </w:r>
      <w:proofErr w:type="spellEnd"/>
      <w:r>
        <w:t xml:space="preserve"> Readman’s group</w:t>
      </w:r>
    </w:p>
    <w:p w14:paraId="2E865F5E" w14:textId="77777777" w:rsidR="00DA462D" w:rsidRDefault="00000000">
      <w:r>
        <w:t>Name: ___________________        Date: ___________________</w:t>
      </w:r>
    </w:p>
    <w:p w14:paraId="74055889" w14:textId="77777777" w:rsidR="00DA462D" w:rsidRPr="002E498D" w:rsidRDefault="00000000">
      <w:pPr>
        <w:pStyle w:val="Heading1"/>
        <w:rPr>
          <w:sz w:val="36"/>
          <w:szCs w:val="36"/>
        </w:rPr>
      </w:pPr>
      <w:r w:rsidRPr="002E498D">
        <w:rPr>
          <w:sz w:val="36"/>
          <w:szCs w:val="36"/>
        </w:rPr>
        <w:t>Section 1: Operations with Negative Numbers</w:t>
      </w:r>
    </w:p>
    <w:p w14:paraId="0C22733D" w14:textId="77777777" w:rsidR="00DA462D" w:rsidRPr="002E498D" w:rsidRDefault="00000000">
      <w:pPr>
        <w:rPr>
          <w:sz w:val="28"/>
          <w:szCs w:val="28"/>
        </w:rPr>
      </w:pPr>
      <w:r w:rsidRPr="002E498D">
        <w:rPr>
          <w:sz w:val="28"/>
          <w:szCs w:val="28"/>
        </w:rPr>
        <w:t>Instructions: Solve the following problems. Show your working.</w:t>
      </w:r>
    </w:p>
    <w:p w14:paraId="20AB9B31" w14:textId="77777777" w:rsidR="00DA462D" w:rsidRPr="002E498D" w:rsidRDefault="00000000">
      <w:pPr>
        <w:rPr>
          <w:sz w:val="28"/>
          <w:szCs w:val="28"/>
        </w:rPr>
      </w:pPr>
      <w:r w:rsidRPr="002E498D">
        <w:rPr>
          <w:sz w:val="28"/>
          <w:szCs w:val="28"/>
        </w:rPr>
        <w:t>1. -7 + 12 =</w:t>
      </w:r>
    </w:p>
    <w:p w14:paraId="726D6AD5" w14:textId="77777777" w:rsidR="00DA462D" w:rsidRPr="002E498D" w:rsidRDefault="00000000">
      <w:pPr>
        <w:rPr>
          <w:sz w:val="28"/>
          <w:szCs w:val="28"/>
        </w:rPr>
      </w:pPr>
      <w:r w:rsidRPr="002E498D">
        <w:rPr>
          <w:sz w:val="28"/>
          <w:szCs w:val="28"/>
        </w:rPr>
        <w:t>2. -5 - 9 =</w:t>
      </w:r>
    </w:p>
    <w:p w14:paraId="6AA86AE2" w14:textId="77777777" w:rsidR="00DA462D" w:rsidRPr="002E498D" w:rsidRDefault="00000000">
      <w:pPr>
        <w:rPr>
          <w:sz w:val="28"/>
          <w:szCs w:val="28"/>
        </w:rPr>
      </w:pPr>
      <w:r w:rsidRPr="002E498D">
        <w:rPr>
          <w:sz w:val="28"/>
          <w:szCs w:val="28"/>
        </w:rPr>
        <w:t>3. 6 × (-3) =</w:t>
      </w:r>
    </w:p>
    <w:p w14:paraId="5A194388" w14:textId="77777777" w:rsidR="00DA462D" w:rsidRPr="002E498D" w:rsidRDefault="00000000">
      <w:pPr>
        <w:rPr>
          <w:sz w:val="28"/>
          <w:szCs w:val="28"/>
        </w:rPr>
      </w:pPr>
      <w:r w:rsidRPr="002E498D">
        <w:rPr>
          <w:sz w:val="28"/>
          <w:szCs w:val="28"/>
        </w:rPr>
        <w:t>4. -8 ÷ 2 =</w:t>
      </w:r>
    </w:p>
    <w:p w14:paraId="164093AC" w14:textId="77777777" w:rsidR="00DA462D" w:rsidRPr="002E498D" w:rsidRDefault="00000000">
      <w:pPr>
        <w:rPr>
          <w:sz w:val="28"/>
          <w:szCs w:val="28"/>
        </w:rPr>
      </w:pPr>
      <w:r w:rsidRPr="002E498D">
        <w:rPr>
          <w:sz w:val="28"/>
          <w:szCs w:val="28"/>
        </w:rPr>
        <w:t>5. -10 + (-4) =</w:t>
      </w:r>
    </w:p>
    <w:p w14:paraId="466DEA1A" w14:textId="77777777" w:rsidR="00DA462D" w:rsidRPr="002E498D" w:rsidRDefault="00000000">
      <w:pPr>
        <w:rPr>
          <w:sz w:val="28"/>
          <w:szCs w:val="28"/>
        </w:rPr>
      </w:pPr>
      <w:r w:rsidRPr="002E498D">
        <w:rPr>
          <w:sz w:val="28"/>
          <w:szCs w:val="28"/>
        </w:rPr>
        <w:t>6. 15 - (-6) =</w:t>
      </w:r>
    </w:p>
    <w:p w14:paraId="01BABF44" w14:textId="77777777" w:rsidR="00DA462D" w:rsidRPr="002E498D" w:rsidRDefault="00000000">
      <w:pPr>
        <w:rPr>
          <w:sz w:val="28"/>
          <w:szCs w:val="28"/>
        </w:rPr>
      </w:pPr>
      <w:r w:rsidRPr="002E498D">
        <w:rPr>
          <w:sz w:val="28"/>
          <w:szCs w:val="28"/>
        </w:rPr>
        <w:t>7. -2 × -5 =</w:t>
      </w:r>
    </w:p>
    <w:p w14:paraId="744842AE" w14:textId="77777777" w:rsidR="00DA462D" w:rsidRPr="002E498D" w:rsidRDefault="00000000">
      <w:pPr>
        <w:rPr>
          <w:sz w:val="28"/>
          <w:szCs w:val="28"/>
        </w:rPr>
      </w:pPr>
      <w:r w:rsidRPr="002E498D">
        <w:rPr>
          <w:sz w:val="28"/>
          <w:szCs w:val="28"/>
        </w:rPr>
        <w:t>8. -36 ÷ -6 =</w:t>
      </w:r>
    </w:p>
    <w:p w14:paraId="13330926" w14:textId="77777777" w:rsidR="00DA462D" w:rsidRPr="002E498D" w:rsidRDefault="00000000">
      <w:pPr>
        <w:rPr>
          <w:sz w:val="28"/>
          <w:szCs w:val="28"/>
        </w:rPr>
      </w:pPr>
      <w:r w:rsidRPr="002E498D">
        <w:rPr>
          <w:sz w:val="28"/>
          <w:szCs w:val="28"/>
        </w:rPr>
        <w:t>9. 0 - (-3) =</w:t>
      </w:r>
    </w:p>
    <w:p w14:paraId="27F2ABA2" w14:textId="77777777" w:rsidR="00DA462D" w:rsidRPr="002E498D" w:rsidRDefault="00000000">
      <w:pPr>
        <w:rPr>
          <w:sz w:val="28"/>
          <w:szCs w:val="28"/>
        </w:rPr>
      </w:pPr>
      <w:r w:rsidRPr="002E498D">
        <w:rPr>
          <w:sz w:val="28"/>
          <w:szCs w:val="28"/>
        </w:rPr>
        <w:t>10. -11 + 7 =</w:t>
      </w:r>
    </w:p>
    <w:p w14:paraId="23AF1B81" w14:textId="77777777" w:rsidR="00DA462D" w:rsidRPr="002E498D" w:rsidRDefault="00000000">
      <w:pPr>
        <w:rPr>
          <w:sz w:val="28"/>
          <w:szCs w:val="28"/>
        </w:rPr>
      </w:pPr>
      <w:r w:rsidRPr="002E498D">
        <w:rPr>
          <w:sz w:val="28"/>
          <w:szCs w:val="28"/>
        </w:rPr>
        <w:t>11. -4 × 9 =</w:t>
      </w:r>
    </w:p>
    <w:p w14:paraId="0FBED971" w14:textId="77777777" w:rsidR="00DA462D" w:rsidRPr="002E498D" w:rsidRDefault="00000000">
      <w:pPr>
        <w:rPr>
          <w:sz w:val="28"/>
          <w:szCs w:val="28"/>
        </w:rPr>
      </w:pPr>
      <w:r w:rsidRPr="002E498D">
        <w:rPr>
          <w:sz w:val="28"/>
          <w:szCs w:val="28"/>
        </w:rPr>
        <w:t>12. 18 ÷ (-3) =</w:t>
      </w:r>
    </w:p>
    <w:p w14:paraId="27A872A8" w14:textId="77777777" w:rsidR="00DA462D" w:rsidRPr="002E498D" w:rsidRDefault="00000000">
      <w:pPr>
        <w:rPr>
          <w:sz w:val="28"/>
          <w:szCs w:val="28"/>
        </w:rPr>
      </w:pPr>
      <w:r w:rsidRPr="002E498D">
        <w:rPr>
          <w:sz w:val="28"/>
          <w:szCs w:val="28"/>
        </w:rPr>
        <w:t>13. -6 + (-8) =</w:t>
      </w:r>
    </w:p>
    <w:p w14:paraId="04437020" w14:textId="77777777" w:rsidR="00DA462D" w:rsidRPr="002E498D" w:rsidRDefault="00000000">
      <w:pPr>
        <w:rPr>
          <w:sz w:val="28"/>
          <w:szCs w:val="28"/>
        </w:rPr>
      </w:pPr>
      <w:r w:rsidRPr="002E498D">
        <w:rPr>
          <w:sz w:val="28"/>
          <w:szCs w:val="28"/>
        </w:rPr>
        <w:t>14. 20 - 25 =</w:t>
      </w:r>
    </w:p>
    <w:p w14:paraId="2A312DFA" w14:textId="71AC1312" w:rsidR="00DA462D" w:rsidRPr="002E498D" w:rsidRDefault="00000000">
      <w:pPr>
        <w:rPr>
          <w:sz w:val="28"/>
          <w:szCs w:val="28"/>
        </w:rPr>
      </w:pPr>
      <w:r w:rsidRPr="002E498D">
        <w:rPr>
          <w:sz w:val="28"/>
          <w:szCs w:val="28"/>
        </w:rPr>
        <w:t>15. -3 × 0 =</w:t>
      </w:r>
    </w:p>
    <w:p w14:paraId="3BBDAC0F" w14:textId="2970E885" w:rsidR="00DA462D" w:rsidRPr="002E498D" w:rsidRDefault="00000000">
      <w:pPr>
        <w:pStyle w:val="Heading1"/>
        <w:rPr>
          <w:sz w:val="36"/>
          <w:szCs w:val="36"/>
        </w:rPr>
      </w:pPr>
      <w:r w:rsidRPr="002E498D">
        <w:rPr>
          <w:sz w:val="36"/>
          <w:szCs w:val="36"/>
        </w:rPr>
        <w:lastRenderedPageBreak/>
        <w:t>Section 2: Adding and Subtracting Fractions (Same Denominator)</w:t>
      </w:r>
    </w:p>
    <w:p w14:paraId="767E85ED" w14:textId="555EDF79" w:rsidR="00DA462D" w:rsidRPr="002E498D" w:rsidRDefault="00000000">
      <w:pPr>
        <w:rPr>
          <w:sz w:val="28"/>
          <w:szCs w:val="28"/>
        </w:rPr>
      </w:pPr>
      <w:r w:rsidRPr="002E498D">
        <w:rPr>
          <w:sz w:val="28"/>
          <w:szCs w:val="28"/>
        </w:rPr>
        <w:t>Instructions: Add or subtract the fractions. Simplify your answers if possible.</w:t>
      </w:r>
    </w:p>
    <w:p w14:paraId="1BE3A055" w14:textId="2DACE023" w:rsidR="002E498D" w:rsidRDefault="002E498D">
      <w:pPr>
        <w:pStyle w:val="Heading1"/>
      </w:pPr>
      <w:r w:rsidRPr="002E498D">
        <w:drawing>
          <wp:anchor distT="0" distB="0" distL="114300" distR="114300" simplePos="0" relativeHeight="251658240" behindDoc="0" locked="0" layoutInCell="1" allowOverlap="1" wp14:anchorId="31583BA6" wp14:editId="1B19A2C8">
            <wp:simplePos x="0" y="0"/>
            <wp:positionH relativeFrom="column">
              <wp:posOffset>-381001</wp:posOffset>
            </wp:positionH>
            <wp:positionV relativeFrom="paragraph">
              <wp:posOffset>186690</wp:posOffset>
            </wp:positionV>
            <wp:extent cx="2791067" cy="6146800"/>
            <wp:effectExtent l="0" t="0" r="9525" b="6350"/>
            <wp:wrapNone/>
            <wp:docPr id="386323182" name="Picture 1" descr="A math problem with numbers and symbol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6323182" name="Picture 1" descr="A math problem with numbers and symbols&#10;&#10;AI-generated content may be incorrect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795336" cy="61562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E872103" w14:textId="100B282D" w:rsidR="002E498D" w:rsidRDefault="002E498D">
      <w:pPr>
        <w:pStyle w:val="Heading1"/>
      </w:pPr>
    </w:p>
    <w:p w14:paraId="2D9FEC4D" w14:textId="55A53C5C" w:rsidR="002E498D" w:rsidRDefault="002E498D">
      <w:pPr>
        <w:pStyle w:val="Heading1"/>
      </w:pPr>
    </w:p>
    <w:p w14:paraId="076F984B" w14:textId="454DFA4C" w:rsidR="002E498D" w:rsidRDefault="002E498D">
      <w:pPr>
        <w:pStyle w:val="Heading1"/>
      </w:pPr>
    </w:p>
    <w:p w14:paraId="222314F3" w14:textId="76C73E6A" w:rsidR="002E498D" w:rsidRDefault="002E498D">
      <w:pPr>
        <w:pStyle w:val="Heading1"/>
      </w:pPr>
    </w:p>
    <w:p w14:paraId="68E01B88" w14:textId="77777777" w:rsidR="002E498D" w:rsidRDefault="002E498D" w:rsidP="002E498D"/>
    <w:p w14:paraId="5BB9C067" w14:textId="77777777" w:rsidR="002E498D" w:rsidRDefault="002E498D" w:rsidP="002E498D"/>
    <w:p w14:paraId="10F8A190" w14:textId="77777777" w:rsidR="002E498D" w:rsidRDefault="002E498D" w:rsidP="002E498D"/>
    <w:p w14:paraId="0F16CEE3" w14:textId="77777777" w:rsidR="002E498D" w:rsidRDefault="002E498D" w:rsidP="002E498D"/>
    <w:p w14:paraId="4976DD90" w14:textId="77777777" w:rsidR="002E498D" w:rsidRDefault="002E498D" w:rsidP="002E498D"/>
    <w:p w14:paraId="63C177B8" w14:textId="77777777" w:rsidR="002E498D" w:rsidRDefault="002E498D" w:rsidP="002E498D"/>
    <w:p w14:paraId="6D7C89C1" w14:textId="77777777" w:rsidR="002E498D" w:rsidRDefault="002E498D" w:rsidP="002E498D"/>
    <w:p w14:paraId="517BFFD8" w14:textId="77777777" w:rsidR="002E498D" w:rsidRDefault="002E498D" w:rsidP="002E498D"/>
    <w:p w14:paraId="78D007B8" w14:textId="77777777" w:rsidR="002E498D" w:rsidRDefault="002E498D" w:rsidP="002E498D"/>
    <w:p w14:paraId="5473749A" w14:textId="77777777" w:rsidR="002E498D" w:rsidRDefault="002E498D" w:rsidP="002E498D"/>
    <w:p w14:paraId="6453F651" w14:textId="77777777" w:rsidR="002E498D" w:rsidRPr="002E498D" w:rsidRDefault="002E498D" w:rsidP="002E498D"/>
    <w:p w14:paraId="43C59948" w14:textId="683C86D4" w:rsidR="00DA462D" w:rsidRPr="002E498D" w:rsidRDefault="00000000">
      <w:pPr>
        <w:pStyle w:val="Heading1"/>
        <w:rPr>
          <w:sz w:val="36"/>
          <w:szCs w:val="36"/>
        </w:rPr>
      </w:pPr>
      <w:r w:rsidRPr="002E498D">
        <w:rPr>
          <w:sz w:val="36"/>
          <w:szCs w:val="36"/>
        </w:rPr>
        <w:lastRenderedPageBreak/>
        <w:t>Section 3: Adding and Subtracting Fractions (Different Denominators)</w:t>
      </w:r>
    </w:p>
    <w:p w14:paraId="0E9624FE" w14:textId="35CA05E6" w:rsidR="00DA462D" w:rsidRPr="002E498D" w:rsidRDefault="00000000">
      <w:pPr>
        <w:rPr>
          <w:sz w:val="28"/>
          <w:szCs w:val="28"/>
        </w:rPr>
      </w:pPr>
      <w:r w:rsidRPr="002E498D">
        <w:rPr>
          <w:sz w:val="28"/>
          <w:szCs w:val="28"/>
        </w:rPr>
        <w:t>Instructions: Find a common denominator, then add or subtract. Simplify your answers.</w:t>
      </w:r>
    </w:p>
    <w:p w14:paraId="2E34E3CA" w14:textId="5C1F73AF" w:rsidR="00DA462D" w:rsidRDefault="002E498D">
      <w:r w:rsidRPr="002E498D">
        <w:drawing>
          <wp:anchor distT="0" distB="0" distL="114300" distR="114300" simplePos="0" relativeHeight="251662336" behindDoc="0" locked="0" layoutInCell="1" allowOverlap="1" wp14:anchorId="29CEAFDA" wp14:editId="3D932C2B">
            <wp:simplePos x="0" y="0"/>
            <wp:positionH relativeFrom="column">
              <wp:posOffset>-304800</wp:posOffset>
            </wp:positionH>
            <wp:positionV relativeFrom="paragraph">
              <wp:posOffset>326390</wp:posOffset>
            </wp:positionV>
            <wp:extent cx="2336800" cy="6105301"/>
            <wp:effectExtent l="0" t="0" r="6350" b="0"/>
            <wp:wrapNone/>
            <wp:docPr id="2036024999" name="Picture 1" descr="A math problem with numbers and symbol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6024999" name="Picture 1" descr="A math problem with numbers and symbols&#10;&#10;AI-generated content may be incorrect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336800" cy="61053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A462D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996616227">
    <w:abstractNumId w:val="8"/>
  </w:num>
  <w:num w:numId="2" w16cid:durableId="557279793">
    <w:abstractNumId w:val="6"/>
  </w:num>
  <w:num w:numId="3" w16cid:durableId="112480231">
    <w:abstractNumId w:val="5"/>
  </w:num>
  <w:num w:numId="4" w16cid:durableId="1393045037">
    <w:abstractNumId w:val="4"/>
  </w:num>
  <w:num w:numId="5" w16cid:durableId="1370034972">
    <w:abstractNumId w:val="7"/>
  </w:num>
  <w:num w:numId="6" w16cid:durableId="82647547">
    <w:abstractNumId w:val="3"/>
  </w:num>
  <w:num w:numId="7" w16cid:durableId="1837961111">
    <w:abstractNumId w:val="2"/>
  </w:num>
  <w:num w:numId="8" w16cid:durableId="1203246997">
    <w:abstractNumId w:val="1"/>
  </w:num>
  <w:num w:numId="9" w16cid:durableId="3100628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2E498D"/>
    <w:rsid w:val="00326F90"/>
    <w:rsid w:val="00AA1D8D"/>
    <w:rsid w:val="00B47730"/>
    <w:rsid w:val="00B86EE2"/>
    <w:rsid w:val="00CB0664"/>
    <w:rsid w:val="00DA462D"/>
    <w:rsid w:val="00FC693F"/>
    <w:rsid w:val="00FF2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6874FCE"/>
  <w14:defaultImageDpi w14:val="300"/>
  <w15:docId w15:val="{A8C913AB-BCDB-4F66-8BBD-16E16E9B3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111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746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Dave Readman</cp:lastModifiedBy>
  <cp:revision>2</cp:revision>
  <dcterms:created xsi:type="dcterms:W3CDTF">2025-07-07T07:47:00Z</dcterms:created>
  <dcterms:modified xsi:type="dcterms:W3CDTF">2025-07-07T07:47:00Z</dcterms:modified>
  <cp:category/>
</cp:coreProperties>
</file>