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4A61E4" w14:textId="6C5A9FDD" w:rsidR="00D24B73" w:rsidRDefault="00000000" w:rsidP="00D24B73">
      <w:pPr>
        <w:pStyle w:val="Title"/>
        <w:jc w:val="center"/>
      </w:pPr>
      <w:r>
        <w:t>IT Cover Lesson Worksheet</w:t>
      </w:r>
    </w:p>
    <w:p w14:paraId="34DE2B0A" w14:textId="54FEC7F8" w:rsidR="00430544" w:rsidRDefault="00D24B73" w:rsidP="00D24B73">
      <w:pPr>
        <w:pStyle w:val="Title"/>
        <w:jc w:val="center"/>
      </w:pPr>
      <w:r>
        <w:t>Nevis, Arnside, Cat bells</w:t>
      </w:r>
    </w:p>
    <w:p w14:paraId="1613A3E7" w14:textId="77777777" w:rsidR="00D24B73" w:rsidRPr="00D24B73" w:rsidRDefault="00D24B73" w:rsidP="00D24B73"/>
    <w:p w14:paraId="4A25E5F7" w14:textId="77777777" w:rsidR="00430544" w:rsidRDefault="00000000">
      <w:pPr>
        <w:pStyle w:val="Heading1"/>
      </w:pPr>
      <w:r>
        <w:t>Section 1: Understanding Hardware and Software</w:t>
      </w:r>
    </w:p>
    <w:p w14:paraId="2AF40B93" w14:textId="77777777" w:rsidR="00430544" w:rsidRDefault="00000000">
      <w:r>
        <w:t>1. What is the difference between hardware and software? (Short answer)</w:t>
      </w:r>
      <w:r>
        <w:br/>
      </w:r>
      <w:r>
        <w:br/>
        <w:t>2. Give two examples of hardware:</w:t>
      </w:r>
      <w:r>
        <w:br/>
        <w:t xml:space="preserve">   a) __________</w:t>
      </w:r>
      <w:r>
        <w:br/>
        <w:t xml:space="preserve">   b) __________</w:t>
      </w:r>
      <w:r>
        <w:br/>
      </w:r>
      <w:r>
        <w:br/>
        <w:t>3. Give two examples of software:</w:t>
      </w:r>
      <w:r>
        <w:br/>
        <w:t xml:space="preserve">   a) __________</w:t>
      </w:r>
      <w:r>
        <w:br/>
        <w:t xml:space="preserve">   b) __________</w:t>
      </w:r>
    </w:p>
    <w:p w14:paraId="6F6CCDE2" w14:textId="77777777" w:rsidR="00430544" w:rsidRDefault="00000000">
      <w:pPr>
        <w:pStyle w:val="Heading1"/>
      </w:pPr>
      <w:r>
        <w:t>Section 2: Recognising Different Types of Devices</w:t>
      </w:r>
    </w:p>
    <w:p w14:paraId="3C233BE1" w14:textId="77777777" w:rsidR="00430544" w:rsidRDefault="00000000">
      <w:r>
        <w:t>4. Circle the devices that are input devices: (Multiple choice)</w:t>
      </w:r>
      <w:r>
        <w:br/>
        <w:t xml:space="preserve">   a) Keyboard</w:t>
      </w:r>
      <w:r>
        <w:br/>
        <w:t xml:space="preserve">   b) Monitor</w:t>
      </w:r>
      <w:r>
        <w:br/>
        <w:t xml:space="preserve">   c) Mouse</w:t>
      </w:r>
      <w:r>
        <w:br/>
        <w:t xml:space="preserve">   d) Printer</w:t>
      </w:r>
      <w:r>
        <w:br/>
      </w:r>
      <w:r>
        <w:br/>
        <w:t>5. Circle the devices that are output devices: (Multiple choice)</w:t>
      </w:r>
      <w:r>
        <w:br/>
        <w:t xml:space="preserve">   a) Scanner</w:t>
      </w:r>
      <w:r>
        <w:br/>
        <w:t xml:space="preserve">   b) Speakers</w:t>
      </w:r>
      <w:r>
        <w:br/>
        <w:t xml:space="preserve">   c) Webcam</w:t>
      </w:r>
      <w:r>
        <w:br/>
        <w:t xml:space="preserve">   d) Projector</w:t>
      </w:r>
    </w:p>
    <w:p w14:paraId="2EBD0C6B" w14:textId="77777777" w:rsidR="00430544" w:rsidRDefault="00000000">
      <w:pPr>
        <w:pStyle w:val="Heading1"/>
      </w:pPr>
      <w:r>
        <w:t>Section 3: Identifying Types of Software</w:t>
      </w:r>
    </w:p>
    <w:p w14:paraId="25922B02" w14:textId="77777777" w:rsidR="00430544" w:rsidRDefault="00000000">
      <w:r>
        <w:t>6. Match the software type to its description: (Matching)</w:t>
      </w:r>
      <w:r>
        <w:br/>
        <w:t xml:space="preserve">   a) Operating System</w:t>
      </w:r>
      <w:r>
        <w:br/>
        <w:t xml:space="preserve">   b) Application Software</w:t>
      </w:r>
      <w:r>
        <w:br/>
        <w:t xml:space="preserve">   c) Utility Software</w:t>
      </w:r>
      <w:r>
        <w:br/>
      </w:r>
      <w:r>
        <w:br/>
        <w:t xml:space="preserve">   i) Helps manage computer hardware and software resources</w:t>
      </w:r>
      <w:r>
        <w:br/>
        <w:t xml:space="preserve">   ii) Used to perform specific tasks like word processing</w:t>
      </w:r>
      <w:r>
        <w:br/>
        <w:t xml:space="preserve">   iii) Helps maintain and protect the system</w:t>
      </w:r>
      <w:r>
        <w:br/>
      </w:r>
      <w:r>
        <w:lastRenderedPageBreak/>
        <w:br/>
        <w:t xml:space="preserve">   Match:</w:t>
      </w:r>
      <w:r>
        <w:br/>
        <w:t xml:space="preserve">   a) _____</w:t>
      </w:r>
      <w:r>
        <w:br/>
        <w:t xml:space="preserve">   b) _____</w:t>
      </w:r>
      <w:r>
        <w:br/>
        <w:t xml:space="preserve">   c) _____</w:t>
      </w:r>
    </w:p>
    <w:p w14:paraId="73889FCD" w14:textId="77777777" w:rsidR="00430544" w:rsidRDefault="00000000">
      <w:pPr>
        <w:pStyle w:val="Heading1"/>
      </w:pPr>
      <w:r>
        <w:t>Section 4: Matching Descriptions to Hardware and Software Examples</w:t>
      </w:r>
    </w:p>
    <w:p w14:paraId="5B675E87" w14:textId="77777777" w:rsidR="00430544" w:rsidRDefault="00000000">
      <w:r>
        <w:t>7. Match the item to its description: (Matching)</w:t>
      </w:r>
      <w:r>
        <w:br/>
        <w:t xml:space="preserve">   a) CPU</w:t>
      </w:r>
      <w:r>
        <w:br/>
        <w:t xml:space="preserve">   b) Microsoft Word</w:t>
      </w:r>
      <w:r>
        <w:br/>
        <w:t xml:space="preserve">   c) Hard Drive</w:t>
      </w:r>
      <w:r>
        <w:br/>
        <w:t xml:space="preserve">   d) Antivirus Software</w:t>
      </w:r>
      <w:r>
        <w:br/>
      </w:r>
      <w:r>
        <w:br/>
        <w:t xml:space="preserve">   i) A program used for writing and editing documents</w:t>
      </w:r>
      <w:r>
        <w:br/>
        <w:t xml:space="preserve">   ii) The brain of the computer that processes instructions</w:t>
      </w:r>
      <w:r>
        <w:br/>
        <w:t xml:space="preserve">   iii) A physical component used to store data</w:t>
      </w:r>
      <w:r>
        <w:br/>
        <w:t xml:space="preserve">   iv) A program that protects the computer from malware</w:t>
      </w:r>
      <w:r>
        <w:br/>
      </w:r>
      <w:r>
        <w:br/>
        <w:t xml:space="preserve">   Match:</w:t>
      </w:r>
      <w:r>
        <w:br/>
        <w:t xml:space="preserve">   a) _____</w:t>
      </w:r>
      <w:r>
        <w:br/>
        <w:t xml:space="preserve">   b) _____</w:t>
      </w:r>
      <w:r>
        <w:br/>
        <w:t xml:space="preserve">   c) _____</w:t>
      </w:r>
      <w:r>
        <w:br/>
        <w:t xml:space="preserve">   d) _____</w:t>
      </w:r>
    </w:p>
    <w:sectPr w:rsidR="00430544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1828239">
    <w:abstractNumId w:val="8"/>
  </w:num>
  <w:num w:numId="2" w16cid:durableId="840857869">
    <w:abstractNumId w:val="6"/>
  </w:num>
  <w:num w:numId="3" w16cid:durableId="119568839">
    <w:abstractNumId w:val="5"/>
  </w:num>
  <w:num w:numId="4" w16cid:durableId="1300765766">
    <w:abstractNumId w:val="4"/>
  </w:num>
  <w:num w:numId="5" w16cid:durableId="1903786814">
    <w:abstractNumId w:val="7"/>
  </w:num>
  <w:num w:numId="6" w16cid:durableId="439029741">
    <w:abstractNumId w:val="3"/>
  </w:num>
  <w:num w:numId="7" w16cid:durableId="628558191">
    <w:abstractNumId w:val="2"/>
  </w:num>
  <w:num w:numId="8" w16cid:durableId="509832863">
    <w:abstractNumId w:val="1"/>
  </w:num>
  <w:num w:numId="9" w16cid:durableId="846944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30544"/>
    <w:rsid w:val="00467868"/>
    <w:rsid w:val="00866C5F"/>
    <w:rsid w:val="00AA1D8D"/>
    <w:rsid w:val="00B47730"/>
    <w:rsid w:val="00CB0664"/>
    <w:rsid w:val="00D24B7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E43FCD"/>
  <w14:defaultImageDpi w14:val="300"/>
  <w15:docId w15:val="{4D860129-94D2-49B5-BA63-50C3B7528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1456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Dave Readman</cp:lastModifiedBy>
  <cp:revision>2</cp:revision>
  <dcterms:created xsi:type="dcterms:W3CDTF">2025-07-07T07:55:00Z</dcterms:created>
  <dcterms:modified xsi:type="dcterms:W3CDTF">2025-07-07T07:55:00Z</dcterms:modified>
  <cp:category/>
</cp:coreProperties>
</file>