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264DF" w14:textId="6B4E6C6E" w:rsidR="00C253DA" w:rsidRDefault="00000000" w:rsidP="00B51626">
      <w:pPr>
        <w:pStyle w:val="Title"/>
        <w:jc w:val="center"/>
      </w:pPr>
      <w:r>
        <w:t xml:space="preserve">Year </w:t>
      </w:r>
      <w:r w:rsidR="00B51626">
        <w:t>10</w:t>
      </w:r>
      <w:r>
        <w:t xml:space="preserve"> ICT Cover Lesson Worksh</w:t>
      </w:r>
      <w:r w:rsidR="00B51626">
        <w:t>eet Malvern</w:t>
      </w:r>
    </w:p>
    <w:p w14:paraId="0454636E" w14:textId="77777777" w:rsidR="00C253DA" w:rsidRDefault="00000000">
      <w:r>
        <w:t>This worksheet will help you understand different types of computer errors, distinguish between human and system errors, and identify examples of each.</w:t>
      </w:r>
    </w:p>
    <w:p w14:paraId="34773114" w14:textId="77777777" w:rsidR="00C253DA" w:rsidRDefault="00000000">
      <w:pPr>
        <w:pStyle w:val="Heading1"/>
      </w:pPr>
      <w:r>
        <w:t>Section 1: Multiple Choice Questions</w:t>
      </w:r>
    </w:p>
    <w:p w14:paraId="5BA295FE" w14:textId="77777777" w:rsidR="00C253DA" w:rsidRDefault="00000000">
      <w:pPr>
        <w:pStyle w:val="ListNumber"/>
      </w:pPr>
      <w:r>
        <w:t>1. Which of the following is an example of a syntax error?</w:t>
      </w:r>
      <w:r>
        <w:br/>
        <w:t xml:space="preserve">   a) Typing 'pritn' instead of 'print'</w:t>
      </w:r>
      <w:r>
        <w:br/>
        <w:t xml:space="preserve">   b) Computer overheating</w:t>
      </w:r>
      <w:r>
        <w:br/>
        <w:t xml:space="preserve">   c) Forgetting to save a file</w:t>
      </w:r>
      <w:r>
        <w:br/>
        <w:t xml:space="preserve">   d) Power failure</w:t>
      </w:r>
    </w:p>
    <w:p w14:paraId="0761274A" w14:textId="77777777" w:rsidR="00C253DA" w:rsidRDefault="00000000">
      <w:pPr>
        <w:pStyle w:val="ListNumber"/>
      </w:pPr>
      <w:r>
        <w:t>2. What is a logic error?</w:t>
      </w:r>
      <w:r>
        <w:br/>
        <w:t xml:space="preserve">   a) When the program crashes</w:t>
      </w:r>
      <w:r>
        <w:br/>
        <w:t xml:space="preserve">   b) When the program runs but gives incorrect results</w:t>
      </w:r>
      <w:r>
        <w:br/>
        <w:t xml:space="preserve">   c) When the computer shuts down unexpectedly</w:t>
      </w:r>
      <w:r>
        <w:br/>
        <w:t xml:space="preserve">   d) When the user forgets to input data</w:t>
      </w:r>
    </w:p>
    <w:p w14:paraId="352CF895" w14:textId="77777777" w:rsidR="00C253DA" w:rsidRDefault="00000000">
      <w:pPr>
        <w:pStyle w:val="ListNumber"/>
      </w:pPr>
      <w:r>
        <w:t>3. Which of the following is a system error?</w:t>
      </w:r>
      <w:r>
        <w:br/>
        <w:t xml:space="preserve">   a) Typing the wrong password</w:t>
      </w:r>
      <w:r>
        <w:br/>
        <w:t xml:space="preserve">   b) Software bug causing a crash</w:t>
      </w:r>
      <w:r>
        <w:br/>
        <w:t xml:space="preserve">   c) Misreading instructions</w:t>
      </w:r>
      <w:r>
        <w:br/>
        <w:t xml:space="preserve">   d) Forgetting to plug in the mouse</w:t>
      </w:r>
    </w:p>
    <w:p w14:paraId="19493689" w14:textId="77777777" w:rsidR="00C253DA" w:rsidRDefault="00000000">
      <w:pPr>
        <w:pStyle w:val="Heading1"/>
      </w:pPr>
      <w:r>
        <w:t>Section 2: Short Answer Questions</w:t>
      </w:r>
    </w:p>
    <w:p w14:paraId="28BDE769" w14:textId="77777777" w:rsidR="00C253DA" w:rsidRDefault="00000000">
      <w:pPr>
        <w:pStyle w:val="ListNumber"/>
      </w:pPr>
      <w:r>
        <w:t>1. Define what is meant by a 'human error' in computing.</w:t>
      </w:r>
    </w:p>
    <w:p w14:paraId="18635F1E" w14:textId="77777777" w:rsidR="00C253DA" w:rsidRDefault="00000000">
      <w:pPr>
        <w:pStyle w:val="ListNumber"/>
      </w:pPr>
      <w:r>
        <w:t>2. Give two examples of system errors.</w:t>
      </w:r>
    </w:p>
    <w:p w14:paraId="3744CFAD" w14:textId="77777777" w:rsidR="00C253DA" w:rsidRDefault="00000000">
      <w:pPr>
        <w:pStyle w:val="ListNumber"/>
      </w:pPr>
      <w:r>
        <w:t>3. Explain the difference between a syntax error and a logic error.</w:t>
      </w:r>
    </w:p>
    <w:p w14:paraId="65DFE827" w14:textId="77777777" w:rsidR="00C253DA" w:rsidRDefault="00000000">
      <w:pPr>
        <w:pStyle w:val="ListNumber"/>
      </w:pPr>
      <w:r>
        <w:t>4. Describe a situation where a human error could cause a system to fail.</w:t>
      </w:r>
    </w:p>
    <w:p w14:paraId="59DA04DF" w14:textId="77777777" w:rsidR="00C253DA" w:rsidRDefault="00000000">
      <w:pPr>
        <w:pStyle w:val="Heading1"/>
      </w:pPr>
      <w:r>
        <w:t>Section 3: Match the Error Type to the Description</w:t>
      </w:r>
    </w:p>
    <w:p w14:paraId="1BF9BDA6" w14:textId="77777777" w:rsidR="00C253DA" w:rsidRDefault="00000000">
      <w:r>
        <w:t>Draw lines or write the correct letter next to each number.</w:t>
      </w:r>
    </w:p>
    <w:p w14:paraId="56ED4C97" w14:textId="77777777" w:rsidR="00C253DA" w:rsidRDefault="00000000">
      <w:r>
        <w:t>Left Column:</w:t>
      </w:r>
    </w:p>
    <w:p w14:paraId="68A01B0A" w14:textId="77777777" w:rsidR="00C253DA" w:rsidRDefault="00000000">
      <w:r>
        <w:t>1. Human Error</w:t>
      </w:r>
    </w:p>
    <w:p w14:paraId="613A34D5" w14:textId="77777777" w:rsidR="00C253DA" w:rsidRDefault="00000000">
      <w:r>
        <w:t>2. System Error</w:t>
      </w:r>
    </w:p>
    <w:p w14:paraId="1109C64B" w14:textId="77777777" w:rsidR="00C253DA" w:rsidRDefault="00000000">
      <w:r>
        <w:t>3. Syntax Error</w:t>
      </w:r>
    </w:p>
    <w:p w14:paraId="3F08E8D6" w14:textId="77777777" w:rsidR="00C253DA" w:rsidRDefault="00000000">
      <w:r>
        <w:lastRenderedPageBreak/>
        <w:t>4. Logic Error</w:t>
      </w:r>
    </w:p>
    <w:p w14:paraId="53D93F6B" w14:textId="77777777" w:rsidR="00C253DA" w:rsidRDefault="00000000">
      <w:r>
        <w:br/>
        <w:t>Right Column:</w:t>
      </w:r>
    </w:p>
    <w:p w14:paraId="5062D85E" w14:textId="77777777" w:rsidR="00C253DA" w:rsidRDefault="00000000">
      <w:r>
        <w:t>A. A mistake in the code that causes incorrect output.</w:t>
      </w:r>
    </w:p>
    <w:p w14:paraId="7B136895" w14:textId="77777777" w:rsidR="00C253DA" w:rsidRDefault="00000000">
      <w:r>
        <w:t>B. A problem caused by hardware or software malfunction.</w:t>
      </w:r>
    </w:p>
    <w:p w14:paraId="32A0258C" w14:textId="77777777" w:rsidR="00C253DA" w:rsidRDefault="00000000">
      <w:r>
        <w:t>C. A typing mistake in the code that prevents it from running.</w:t>
      </w:r>
    </w:p>
    <w:p w14:paraId="44CD4ACB" w14:textId="77777777" w:rsidR="00C253DA" w:rsidRDefault="00000000">
      <w:r>
        <w:t>D. An error caused by the user, such as entering incorrect data.</w:t>
      </w:r>
    </w:p>
    <w:sectPr w:rsidR="00C253D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28854722">
    <w:abstractNumId w:val="8"/>
  </w:num>
  <w:num w:numId="2" w16cid:durableId="945651021">
    <w:abstractNumId w:val="6"/>
  </w:num>
  <w:num w:numId="3" w16cid:durableId="1521629778">
    <w:abstractNumId w:val="5"/>
  </w:num>
  <w:num w:numId="4" w16cid:durableId="1412852960">
    <w:abstractNumId w:val="4"/>
  </w:num>
  <w:num w:numId="5" w16cid:durableId="1990670454">
    <w:abstractNumId w:val="7"/>
  </w:num>
  <w:num w:numId="6" w16cid:durableId="278296142">
    <w:abstractNumId w:val="3"/>
  </w:num>
  <w:num w:numId="7" w16cid:durableId="524447795">
    <w:abstractNumId w:val="2"/>
  </w:num>
  <w:num w:numId="8" w16cid:durableId="325667884">
    <w:abstractNumId w:val="1"/>
  </w:num>
  <w:num w:numId="9" w16cid:durableId="1765606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B51626"/>
    <w:rsid w:val="00BB3039"/>
    <w:rsid w:val="00C253DA"/>
    <w:rsid w:val="00CB0664"/>
    <w:rsid w:val="00DE74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8E6FEC"/>
  <w14:defaultImageDpi w14:val="300"/>
  <w15:docId w15:val="{23A2E049-EBD1-480C-81E4-A08C5D3A8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Dave Readman</cp:lastModifiedBy>
  <cp:revision>2</cp:revision>
  <dcterms:created xsi:type="dcterms:W3CDTF">2025-07-07T10:26:00Z</dcterms:created>
  <dcterms:modified xsi:type="dcterms:W3CDTF">2025-07-07T10:26:00Z</dcterms:modified>
  <cp:category/>
</cp:coreProperties>
</file>