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550E4" w14:textId="3F448F13" w:rsidR="00A86D06" w:rsidRPr="00245BB8" w:rsidRDefault="00740526">
      <w:pPr>
        <w:pStyle w:val="Title"/>
        <w:rPr>
          <w:rFonts w:ascii="Comic Sans MS" w:hAnsi="Comic Sans MS"/>
        </w:rPr>
      </w:pPr>
      <w:r w:rsidRPr="00245BB8">
        <w:rPr>
          <w:rFonts w:ascii="Comic Sans MS" w:hAnsi="Comic Sans MS"/>
        </w:rPr>
        <w:t>Describing a Character</w:t>
      </w:r>
    </w:p>
    <w:p w14:paraId="411D1D0F" w14:textId="6FEA081B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Learning O</w:t>
      </w:r>
      <w:r w:rsidR="00245BB8" w:rsidRPr="00245BB8">
        <w:rPr>
          <w:rFonts w:ascii="Comic Sans MS" w:hAnsi="Comic Sans MS"/>
        </w:rPr>
        <w:t>utcom</w:t>
      </w:r>
      <w:r w:rsidRPr="00245BB8">
        <w:rPr>
          <w:rFonts w:ascii="Comic Sans MS" w:hAnsi="Comic Sans MS"/>
        </w:rPr>
        <w:t>e: To describe a character using adjectives, similes, and metaphors.</w:t>
      </w:r>
    </w:p>
    <w:p w14:paraId="14F0A750" w14:textId="77777777" w:rsidR="00A86D06" w:rsidRPr="00245BB8" w:rsidRDefault="00740526">
      <w:pPr>
        <w:pStyle w:val="Heading1"/>
        <w:rPr>
          <w:rFonts w:ascii="Comic Sans MS" w:hAnsi="Comic Sans MS"/>
        </w:rPr>
      </w:pPr>
      <w:r w:rsidRPr="00245BB8">
        <w:rPr>
          <w:rFonts w:ascii="Comic Sans MS" w:hAnsi="Comic Sans MS"/>
        </w:rPr>
        <w:t>1. Starter Activity: Adjective Hunt + Simile Starter</w:t>
      </w:r>
    </w:p>
    <w:p w14:paraId="6F4F59E3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Instructions:</w:t>
      </w:r>
      <w:r w:rsidRPr="00245BB8">
        <w:rPr>
          <w:rFonts w:ascii="Comic Sans MS" w:hAnsi="Comic Sans MS"/>
        </w:rPr>
        <w:br/>
        <w:t>- Look around your room.</w:t>
      </w:r>
      <w:r w:rsidRPr="00245BB8">
        <w:rPr>
          <w:rFonts w:ascii="Comic Sans MS" w:hAnsi="Comic Sans MS"/>
        </w:rPr>
        <w:br/>
        <w:t xml:space="preserve">- Write down 5 </w:t>
      </w:r>
      <w:r w:rsidRPr="00245BB8">
        <w:rPr>
          <w:rFonts w:ascii="Comic Sans MS" w:hAnsi="Comic Sans MS"/>
        </w:rPr>
        <w:t>adjectives to describe things you see.</w:t>
      </w:r>
      <w:r w:rsidRPr="00245BB8">
        <w:rPr>
          <w:rFonts w:ascii="Comic Sans MS" w:hAnsi="Comic Sans MS"/>
        </w:rPr>
        <w:br/>
        <w:t>- Now, try to turn 2 of them into similes using “like” or “as”.</w:t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  <w:t>Example:</w:t>
      </w:r>
      <w:r w:rsidRPr="00245BB8">
        <w:rPr>
          <w:rFonts w:ascii="Comic Sans MS" w:hAnsi="Comic Sans MS"/>
        </w:rPr>
        <w:br/>
        <w:t xml:space="preserve">- The blanket is soft </w:t>
      </w:r>
      <w:r w:rsidRPr="00245BB8">
        <w:rPr>
          <w:rFonts w:ascii="Times New Roman" w:hAnsi="Times New Roman" w:cs="Times New Roman"/>
        </w:rPr>
        <w:t>→</w:t>
      </w:r>
      <w:r w:rsidRPr="00245BB8">
        <w:rPr>
          <w:rFonts w:ascii="Comic Sans MS" w:hAnsi="Comic Sans MS"/>
        </w:rPr>
        <w:t xml:space="preserve"> as soft as a cloud</w:t>
      </w:r>
      <w:r w:rsidRPr="00245BB8">
        <w:rPr>
          <w:rFonts w:ascii="Comic Sans MS" w:hAnsi="Comic Sans MS"/>
        </w:rPr>
        <w:br/>
        <w:t xml:space="preserve">- The lamp is bright </w:t>
      </w:r>
      <w:r w:rsidRPr="00245BB8">
        <w:rPr>
          <w:rFonts w:ascii="Times New Roman" w:hAnsi="Times New Roman" w:cs="Times New Roman"/>
        </w:rPr>
        <w:t>→</w:t>
      </w:r>
      <w:r w:rsidRPr="00245BB8">
        <w:rPr>
          <w:rFonts w:ascii="Comic Sans MS" w:hAnsi="Comic Sans MS"/>
        </w:rPr>
        <w:t xml:space="preserve"> bright like the sun</w:t>
      </w:r>
      <w:r w:rsidRPr="00245BB8">
        <w:rPr>
          <w:rFonts w:ascii="Comic Sans MS" w:hAnsi="Comic Sans MS"/>
        </w:rPr>
        <w:br/>
      </w:r>
    </w:p>
    <w:p w14:paraId="523851A6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Your Adjectives:</w:t>
      </w:r>
    </w:p>
    <w:p w14:paraId="55A134A1" w14:textId="77777777" w:rsidR="00A86D06" w:rsidRPr="00245BB8" w:rsidRDefault="00740526">
      <w:pPr>
        <w:pStyle w:val="ListBullet"/>
        <w:rPr>
          <w:rFonts w:ascii="Comic Sans MS" w:hAnsi="Comic Sans MS"/>
        </w:rPr>
      </w:pPr>
      <w:r w:rsidRPr="00245BB8">
        <w:rPr>
          <w:rFonts w:ascii="Comic Sans MS" w:hAnsi="Comic Sans MS"/>
        </w:rPr>
        <w:t xml:space="preserve">• </w:t>
      </w:r>
    </w:p>
    <w:p w14:paraId="246CF0D6" w14:textId="77777777" w:rsidR="00A86D06" w:rsidRPr="00245BB8" w:rsidRDefault="00740526">
      <w:pPr>
        <w:pStyle w:val="ListBullet"/>
        <w:rPr>
          <w:rFonts w:ascii="Comic Sans MS" w:hAnsi="Comic Sans MS"/>
        </w:rPr>
      </w:pPr>
      <w:r w:rsidRPr="00245BB8">
        <w:rPr>
          <w:rFonts w:ascii="Comic Sans MS" w:hAnsi="Comic Sans MS"/>
        </w:rPr>
        <w:t xml:space="preserve">• </w:t>
      </w:r>
    </w:p>
    <w:p w14:paraId="02600E40" w14:textId="77777777" w:rsidR="00A86D06" w:rsidRPr="00245BB8" w:rsidRDefault="00740526">
      <w:pPr>
        <w:pStyle w:val="ListBullet"/>
        <w:rPr>
          <w:rFonts w:ascii="Comic Sans MS" w:hAnsi="Comic Sans MS"/>
        </w:rPr>
      </w:pPr>
      <w:r w:rsidRPr="00245BB8">
        <w:rPr>
          <w:rFonts w:ascii="Comic Sans MS" w:hAnsi="Comic Sans MS"/>
        </w:rPr>
        <w:t xml:space="preserve">• </w:t>
      </w:r>
    </w:p>
    <w:p w14:paraId="3A0F4BD2" w14:textId="77777777" w:rsidR="00A86D06" w:rsidRPr="00245BB8" w:rsidRDefault="00740526">
      <w:pPr>
        <w:pStyle w:val="ListBullet"/>
        <w:rPr>
          <w:rFonts w:ascii="Comic Sans MS" w:hAnsi="Comic Sans MS"/>
        </w:rPr>
      </w:pPr>
      <w:r w:rsidRPr="00245BB8">
        <w:rPr>
          <w:rFonts w:ascii="Comic Sans MS" w:hAnsi="Comic Sans MS"/>
        </w:rPr>
        <w:t xml:space="preserve">• </w:t>
      </w:r>
    </w:p>
    <w:p w14:paraId="77DC9553" w14:textId="77777777" w:rsidR="00A86D06" w:rsidRPr="00245BB8" w:rsidRDefault="00740526">
      <w:pPr>
        <w:pStyle w:val="ListBullet"/>
        <w:rPr>
          <w:rFonts w:ascii="Comic Sans MS" w:hAnsi="Comic Sans MS"/>
        </w:rPr>
      </w:pPr>
      <w:r w:rsidRPr="00245BB8">
        <w:rPr>
          <w:rFonts w:ascii="Comic Sans MS" w:hAnsi="Comic Sans MS"/>
        </w:rPr>
        <w:t xml:space="preserve">• </w:t>
      </w:r>
    </w:p>
    <w:p w14:paraId="6459806B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Your Similes:</w:t>
      </w:r>
    </w:p>
    <w:p w14:paraId="58A07F08" w14:textId="77777777" w:rsidR="00A86D06" w:rsidRPr="00245BB8" w:rsidRDefault="00740526">
      <w:pPr>
        <w:pStyle w:val="ListBullet"/>
        <w:rPr>
          <w:rFonts w:ascii="Comic Sans MS" w:hAnsi="Comic Sans MS"/>
        </w:rPr>
      </w:pPr>
      <w:r w:rsidRPr="00245BB8">
        <w:rPr>
          <w:rFonts w:ascii="Comic Sans MS" w:hAnsi="Comic Sans MS"/>
        </w:rPr>
        <w:t xml:space="preserve">• </w:t>
      </w:r>
    </w:p>
    <w:p w14:paraId="203640E8" w14:textId="77777777" w:rsidR="00A86D06" w:rsidRPr="00245BB8" w:rsidRDefault="00740526">
      <w:pPr>
        <w:pStyle w:val="ListBullet"/>
        <w:rPr>
          <w:rFonts w:ascii="Comic Sans MS" w:hAnsi="Comic Sans MS"/>
        </w:rPr>
      </w:pPr>
      <w:r w:rsidRPr="00245BB8">
        <w:rPr>
          <w:rFonts w:ascii="Comic Sans MS" w:hAnsi="Comic Sans MS"/>
        </w:rPr>
        <w:t xml:space="preserve">• </w:t>
      </w:r>
    </w:p>
    <w:p w14:paraId="4396BAA5" w14:textId="77777777" w:rsidR="00245BB8" w:rsidRDefault="00245BB8">
      <w:pPr>
        <w:pStyle w:val="Heading1"/>
        <w:rPr>
          <w:rFonts w:ascii="Comic Sans MS" w:hAnsi="Comic Sans MS"/>
        </w:rPr>
      </w:pPr>
    </w:p>
    <w:p w14:paraId="27D7B7A7" w14:textId="77777777" w:rsidR="00245BB8" w:rsidRDefault="00245BB8">
      <w:pPr>
        <w:pStyle w:val="Heading1"/>
        <w:rPr>
          <w:rFonts w:ascii="Comic Sans MS" w:hAnsi="Comic Sans MS"/>
        </w:rPr>
      </w:pPr>
    </w:p>
    <w:p w14:paraId="5C64C671" w14:textId="08831560" w:rsidR="00A86D06" w:rsidRPr="00245BB8" w:rsidRDefault="00740526">
      <w:pPr>
        <w:pStyle w:val="Heading1"/>
        <w:rPr>
          <w:rFonts w:ascii="Comic Sans MS" w:hAnsi="Comic Sans MS"/>
        </w:rPr>
      </w:pPr>
      <w:r w:rsidRPr="00245BB8">
        <w:rPr>
          <w:rFonts w:ascii="Comic Sans MS" w:hAnsi="Comic Sans MS"/>
        </w:rPr>
        <w:t>2. Main Activity: Create a Character with Similes and Metaphors</w:t>
      </w:r>
    </w:p>
    <w:p w14:paraId="211DC5CE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Instructions:</w:t>
      </w:r>
      <w:r w:rsidRPr="00245BB8">
        <w:rPr>
          <w:rFonts w:ascii="Comic Sans MS" w:hAnsi="Comic Sans MS"/>
        </w:rPr>
        <w:br/>
        <w:t>1. Think of a character (real or imaginary).</w:t>
      </w:r>
      <w:r w:rsidRPr="00245BB8">
        <w:rPr>
          <w:rFonts w:ascii="Comic Sans MS" w:hAnsi="Comic Sans MS"/>
        </w:rPr>
        <w:br/>
        <w:t>2. Answer these questions in full sentences:</w:t>
      </w:r>
      <w:r w:rsidRPr="00245BB8">
        <w:rPr>
          <w:rFonts w:ascii="Comic Sans MS" w:hAnsi="Comic Sans MS"/>
        </w:rPr>
        <w:br/>
        <w:t>- What is their name?</w:t>
      </w:r>
      <w:r w:rsidRPr="00245BB8">
        <w:rPr>
          <w:rFonts w:ascii="Comic Sans MS" w:hAnsi="Comic Sans MS"/>
        </w:rPr>
        <w:br/>
        <w:t>- What do they look like? (Use at least 3 adjectives)</w:t>
      </w:r>
      <w:r w:rsidRPr="00245BB8">
        <w:rPr>
          <w:rFonts w:ascii="Comic Sans MS" w:hAnsi="Comic Sans MS"/>
        </w:rPr>
        <w:br/>
        <w:t>- What do they like to do?</w:t>
      </w:r>
      <w:r w:rsidRPr="00245BB8">
        <w:rPr>
          <w:rFonts w:ascii="Comic Sans MS" w:hAnsi="Comic Sans MS"/>
        </w:rPr>
        <w:br/>
        <w:t>- What are they good at?</w:t>
      </w:r>
      <w:r w:rsidRPr="00245BB8">
        <w:rPr>
          <w:rFonts w:ascii="Comic Sans MS" w:hAnsi="Comic Sans MS"/>
        </w:rPr>
        <w:br/>
        <w:t>- What makes them special?</w:t>
      </w:r>
      <w:r w:rsidRPr="00245BB8">
        <w:rPr>
          <w:rFonts w:ascii="Comic Sans MS" w:hAnsi="Comic Sans MS"/>
        </w:rPr>
        <w:br/>
        <w:t>3. Add at least one simile and one metaphor to your description.</w:t>
      </w:r>
      <w:r w:rsidRPr="00245BB8">
        <w:rPr>
          <w:rFonts w:ascii="Comic Sans MS" w:hAnsi="Comic Sans MS"/>
        </w:rPr>
        <w:br/>
      </w:r>
    </w:p>
    <w:p w14:paraId="0E3A20C4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Example Simile: Her hair was as golden as the morning sun.</w:t>
      </w:r>
    </w:p>
    <w:p w14:paraId="6707CA21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Example Metaphor: He was a lion on the football pitch, fierce and unstoppable.</w:t>
      </w:r>
    </w:p>
    <w:p w14:paraId="30E24668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Write your character description below:</w:t>
      </w:r>
    </w:p>
    <w:p w14:paraId="73B3C544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</w:p>
    <w:p w14:paraId="52A3B877" w14:textId="7E09B85D" w:rsidR="00A86D06" w:rsidRPr="00245BB8" w:rsidRDefault="00740526">
      <w:pPr>
        <w:pStyle w:val="Heading1"/>
        <w:rPr>
          <w:rFonts w:ascii="Comic Sans MS" w:hAnsi="Comic Sans MS"/>
        </w:rPr>
      </w:pPr>
      <w:r w:rsidRPr="00245BB8">
        <w:rPr>
          <w:rFonts w:ascii="Comic Sans MS" w:hAnsi="Comic Sans MS"/>
        </w:rPr>
        <w:lastRenderedPageBreak/>
        <w:t>3. Extension / Creative Task</w:t>
      </w:r>
    </w:p>
    <w:p w14:paraId="6DE88352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Draw your character and label them with adjectives, similes, and metaphors.</w:t>
      </w:r>
      <w:r w:rsidRPr="00245BB8">
        <w:rPr>
          <w:rFonts w:ascii="Comic Sans MS" w:hAnsi="Comic Sans MS"/>
        </w:rPr>
        <w:br/>
        <w:t>Or, record a short video describing your character and send it to your teacher.</w:t>
      </w:r>
    </w:p>
    <w:p w14:paraId="0C02D5AE" w14:textId="77777777" w:rsidR="00A86D06" w:rsidRPr="00245BB8" w:rsidRDefault="00740526">
      <w:pPr>
        <w:pStyle w:val="Heading1"/>
        <w:rPr>
          <w:rFonts w:ascii="Comic Sans MS" w:hAnsi="Comic Sans MS"/>
        </w:rPr>
      </w:pPr>
      <w:r w:rsidRPr="00245BB8">
        <w:rPr>
          <w:rFonts w:ascii="Comic Sans MS" w:hAnsi="Comic Sans MS"/>
        </w:rPr>
        <w:t>4. Plenary: Reflection Questions</w:t>
      </w:r>
    </w:p>
    <w:p w14:paraId="63CC3579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Answer the following questions:</w:t>
      </w:r>
    </w:p>
    <w:p w14:paraId="2C2C44D1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- What simile or metaphor did you use?</w:t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</w:p>
    <w:p w14:paraId="3958C1F2" w14:textId="77777777" w:rsidR="00A86D06" w:rsidRPr="00245BB8" w:rsidRDefault="00740526">
      <w:pPr>
        <w:rPr>
          <w:rFonts w:ascii="Comic Sans MS" w:hAnsi="Comic Sans MS"/>
        </w:rPr>
      </w:pPr>
      <w:r w:rsidRPr="00245BB8">
        <w:rPr>
          <w:rFonts w:ascii="Comic Sans MS" w:hAnsi="Comic Sans MS"/>
        </w:rPr>
        <w:t>- How did it make your writing more interesting?</w:t>
      </w:r>
      <w:r w:rsidRPr="00245BB8">
        <w:rPr>
          <w:rFonts w:ascii="Comic Sans MS" w:hAnsi="Comic Sans MS"/>
        </w:rPr>
        <w:br/>
      </w:r>
      <w:r w:rsidRPr="00245BB8">
        <w:rPr>
          <w:rFonts w:ascii="Comic Sans MS" w:hAnsi="Comic Sans MS"/>
        </w:rPr>
        <w:br/>
      </w:r>
    </w:p>
    <w:p w14:paraId="1D152759" w14:textId="77777777" w:rsidR="00A86D06" w:rsidRDefault="00740526">
      <w:r w:rsidRPr="00245BB8">
        <w:rPr>
          <w:rFonts w:ascii="Comic Sans MS" w:hAnsi="Comic Sans MS"/>
        </w:rPr>
        <w:t>- What would you like to try next time?</w:t>
      </w:r>
      <w:r w:rsidRPr="00245BB8">
        <w:rPr>
          <w:rFonts w:ascii="Comic Sans MS" w:hAnsi="Comic Sans MS"/>
        </w:rPr>
        <w:br/>
      </w:r>
      <w:r>
        <w:br/>
      </w:r>
    </w:p>
    <w:sectPr w:rsidR="00A86D0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8049240">
    <w:abstractNumId w:val="8"/>
  </w:num>
  <w:num w:numId="2" w16cid:durableId="105545142">
    <w:abstractNumId w:val="6"/>
  </w:num>
  <w:num w:numId="3" w16cid:durableId="627004782">
    <w:abstractNumId w:val="5"/>
  </w:num>
  <w:num w:numId="4" w16cid:durableId="1418021754">
    <w:abstractNumId w:val="4"/>
  </w:num>
  <w:num w:numId="5" w16cid:durableId="1816990756">
    <w:abstractNumId w:val="7"/>
  </w:num>
  <w:num w:numId="6" w16cid:durableId="2044088171">
    <w:abstractNumId w:val="3"/>
  </w:num>
  <w:num w:numId="7" w16cid:durableId="524825641">
    <w:abstractNumId w:val="2"/>
  </w:num>
  <w:num w:numId="8" w16cid:durableId="1936396726">
    <w:abstractNumId w:val="1"/>
  </w:num>
  <w:num w:numId="9" w16cid:durableId="1332105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012A"/>
    <w:rsid w:val="0015074B"/>
    <w:rsid w:val="00245BB8"/>
    <w:rsid w:val="0029639D"/>
    <w:rsid w:val="00326F90"/>
    <w:rsid w:val="00740526"/>
    <w:rsid w:val="00A86D0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3308B3"/>
  <w14:defaultImageDpi w14:val="300"/>
  <w15:docId w15:val="{5517550D-4667-4D39-9E6B-D0B3D4BB8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Jak Evans</cp:lastModifiedBy>
  <cp:revision>3</cp:revision>
  <dcterms:created xsi:type="dcterms:W3CDTF">2025-07-07T07:32:00Z</dcterms:created>
  <dcterms:modified xsi:type="dcterms:W3CDTF">2025-07-07T07:32:00Z</dcterms:modified>
  <cp:category/>
</cp:coreProperties>
</file>