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87C6D" w14:textId="54915F06" w:rsidR="0078534D" w:rsidRDefault="00022060">
      <w:pPr>
        <w:pStyle w:val="Title"/>
      </w:pPr>
      <w:r>
        <w:t>Understanding Newspapers</w:t>
      </w:r>
    </w:p>
    <w:p w14:paraId="7A4A0EDA" w14:textId="77777777" w:rsidR="0078534D" w:rsidRDefault="00022060">
      <w:pPr>
        <w:pStyle w:val="Heading1"/>
      </w:pPr>
      <w:r>
        <w:t>1. Starter Activity: What’s in a Newspaper?</w:t>
      </w:r>
    </w:p>
    <w:p w14:paraId="0628B650" w14:textId="77777777" w:rsidR="0078534D" w:rsidRDefault="00022060">
      <w:r>
        <w:t xml:space="preserve">Look at a newspaper (printed or online) or think about one you've seen before. List 5 different types of content you might find in a newspaper (e.g., </w:t>
      </w:r>
      <w:r>
        <w:t>headlines, pictures, sports news).</w:t>
      </w:r>
    </w:p>
    <w:p w14:paraId="62E6CAF1" w14:textId="77777777" w:rsidR="0078534D" w:rsidRDefault="00022060">
      <w:r>
        <w:br/>
        <w:t>1. ____________________________</w:t>
      </w:r>
    </w:p>
    <w:p w14:paraId="4B045C03" w14:textId="77777777" w:rsidR="0078534D" w:rsidRDefault="00022060">
      <w:r>
        <w:t>2. ____________________________</w:t>
      </w:r>
    </w:p>
    <w:p w14:paraId="014ABE7A" w14:textId="77777777" w:rsidR="0078534D" w:rsidRDefault="00022060">
      <w:r>
        <w:t>3. ____________________________</w:t>
      </w:r>
    </w:p>
    <w:p w14:paraId="2B7A0A90" w14:textId="77777777" w:rsidR="0078534D" w:rsidRDefault="00022060">
      <w:r>
        <w:t>4. ____________________________</w:t>
      </w:r>
    </w:p>
    <w:p w14:paraId="03F411A8" w14:textId="77777777" w:rsidR="0078534D" w:rsidRDefault="00022060">
      <w:r>
        <w:t>5. ____________________________</w:t>
      </w:r>
    </w:p>
    <w:p w14:paraId="455602C1" w14:textId="77777777" w:rsidR="0078534D" w:rsidRDefault="00022060">
      <w:pPr>
        <w:pStyle w:val="Heading1"/>
      </w:pPr>
      <w:r>
        <w:t>2. Main Task: Write Your Own News Report</w:t>
      </w:r>
    </w:p>
    <w:p w14:paraId="0FB48876" w14:textId="77777777" w:rsidR="0078534D" w:rsidRDefault="00022060">
      <w:r>
        <w:t>Imagine something exciting has happened at your school (e.g., a talent show, a sports win, a surprise visitor). Write a short newspaper article about it. Use the structure below to help you.</w:t>
      </w:r>
    </w:p>
    <w:p w14:paraId="1BE3C6AD" w14:textId="77777777" w:rsidR="0078534D" w:rsidRDefault="00022060">
      <w:pPr>
        <w:pStyle w:val="ListBullet"/>
      </w:pPr>
      <w:r>
        <w:t>Headline: ____________________________________________</w:t>
      </w:r>
    </w:p>
    <w:p w14:paraId="0C4989FB" w14:textId="77777777" w:rsidR="0078534D" w:rsidRDefault="00022060">
      <w:pPr>
        <w:pStyle w:val="ListBullet"/>
      </w:pPr>
      <w:r>
        <w:t>Who is the article about? _____________________________</w:t>
      </w:r>
    </w:p>
    <w:p w14:paraId="7C3F1F52" w14:textId="77777777" w:rsidR="0078534D" w:rsidRDefault="00022060">
      <w:pPr>
        <w:pStyle w:val="ListBullet"/>
      </w:pPr>
      <w:r>
        <w:t>What happened? ______________________________________</w:t>
      </w:r>
    </w:p>
    <w:p w14:paraId="1CA19563" w14:textId="77777777" w:rsidR="0078534D" w:rsidRDefault="00022060">
      <w:pPr>
        <w:pStyle w:val="ListBullet"/>
      </w:pPr>
      <w:r>
        <w:t>Where and when did it happen? _________________________</w:t>
      </w:r>
    </w:p>
    <w:p w14:paraId="7DECAF88" w14:textId="77777777" w:rsidR="0078534D" w:rsidRDefault="00022060">
      <w:pPr>
        <w:pStyle w:val="ListBullet"/>
      </w:pPr>
      <w:r>
        <w:t>Why is it important? _________________________________</w:t>
      </w:r>
    </w:p>
    <w:p w14:paraId="7C16F9ED" w14:textId="77777777" w:rsidR="0078534D" w:rsidRDefault="00022060">
      <w:pPr>
        <w:pStyle w:val="ListBullet"/>
      </w:pPr>
      <w:r>
        <w:t>Quote from someone involved: __________________________</w:t>
      </w:r>
    </w:p>
    <w:p w14:paraId="187EED50" w14:textId="77777777" w:rsidR="0078534D" w:rsidRDefault="00022060">
      <w:r>
        <w:br/>
        <w:t>Now write your article below (5–7 sentences):</w:t>
      </w:r>
    </w:p>
    <w:p w14:paraId="5862E569" w14:textId="77777777" w:rsidR="0078534D" w:rsidRDefault="00022060">
      <w:r>
        <w:br/>
        <w:t>________________________________________________________________________________</w:t>
      </w:r>
    </w:p>
    <w:p w14:paraId="6507D4B2" w14:textId="77777777" w:rsidR="0078534D" w:rsidRDefault="00022060">
      <w:r>
        <w:t>________________________________________________________________________________</w:t>
      </w:r>
    </w:p>
    <w:p w14:paraId="78778B8D" w14:textId="77777777" w:rsidR="0078534D" w:rsidRDefault="00022060">
      <w:r>
        <w:t>________________________________________________________________________________</w:t>
      </w:r>
    </w:p>
    <w:p w14:paraId="1D3186BA" w14:textId="77777777" w:rsidR="0078534D" w:rsidRDefault="00022060">
      <w:pPr>
        <w:pStyle w:val="Heading1"/>
      </w:pPr>
      <w:r>
        <w:lastRenderedPageBreak/>
        <w:t>3. Extension Task: Add a Picture and Caption</w:t>
      </w:r>
    </w:p>
    <w:p w14:paraId="100A53A2" w14:textId="77777777" w:rsidR="0078534D" w:rsidRDefault="00022060">
      <w:r>
        <w:t>Draw a picture or imagine a photo that could go with your article. Write a short caption (1 sentence) to go underneath it.</w:t>
      </w:r>
    </w:p>
    <w:p w14:paraId="77371AF5" w14:textId="77777777" w:rsidR="0078534D" w:rsidRDefault="00022060">
      <w:r>
        <w:t>Caption: ____________________________________________</w:t>
      </w:r>
    </w:p>
    <w:p w14:paraId="1812102F" w14:textId="77777777" w:rsidR="0078534D" w:rsidRDefault="00022060">
      <w:pPr>
        <w:pStyle w:val="Heading1"/>
      </w:pPr>
      <w:r>
        <w:t>4. Reflection Questions</w:t>
      </w:r>
    </w:p>
    <w:p w14:paraId="08039333" w14:textId="77777777" w:rsidR="0078534D" w:rsidRDefault="00022060">
      <w:r>
        <w:t>1. What did you enjoy about writing your article?</w:t>
      </w:r>
    </w:p>
    <w:p w14:paraId="0C32C0E1" w14:textId="77777777" w:rsidR="0078534D" w:rsidRDefault="00022060">
      <w:r>
        <w:t xml:space="preserve">   ___________________________________________________________</w:t>
      </w:r>
    </w:p>
    <w:p w14:paraId="121E37CE" w14:textId="77777777" w:rsidR="0078534D" w:rsidRDefault="00022060">
      <w:r>
        <w:t>2. What was the most important part of your news story?</w:t>
      </w:r>
    </w:p>
    <w:p w14:paraId="2C4F98ED" w14:textId="77777777" w:rsidR="0078534D" w:rsidRDefault="00022060">
      <w:r>
        <w:t xml:space="preserve">   ___________________________________________________________</w:t>
      </w:r>
    </w:p>
    <w:p w14:paraId="04AA93B1" w14:textId="77777777" w:rsidR="0078534D" w:rsidRDefault="00022060">
      <w:r>
        <w:t>3. What would you do differently next time?</w:t>
      </w:r>
    </w:p>
    <w:p w14:paraId="1EF0ADBE" w14:textId="77777777" w:rsidR="0078534D" w:rsidRDefault="00022060">
      <w:r>
        <w:t xml:space="preserve">   ___________________________________________________________</w:t>
      </w:r>
    </w:p>
    <w:sectPr w:rsidR="0078534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41920060">
    <w:abstractNumId w:val="8"/>
  </w:num>
  <w:num w:numId="2" w16cid:durableId="1510414731">
    <w:abstractNumId w:val="6"/>
  </w:num>
  <w:num w:numId="3" w16cid:durableId="1473212587">
    <w:abstractNumId w:val="5"/>
  </w:num>
  <w:num w:numId="4" w16cid:durableId="710543574">
    <w:abstractNumId w:val="4"/>
  </w:num>
  <w:num w:numId="5" w16cid:durableId="513224673">
    <w:abstractNumId w:val="7"/>
  </w:num>
  <w:num w:numId="6" w16cid:durableId="1487164570">
    <w:abstractNumId w:val="3"/>
  </w:num>
  <w:num w:numId="7" w16cid:durableId="1219244476">
    <w:abstractNumId w:val="2"/>
  </w:num>
  <w:num w:numId="8" w16cid:durableId="287929638">
    <w:abstractNumId w:val="1"/>
  </w:num>
  <w:num w:numId="9" w16cid:durableId="1265267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2060"/>
    <w:rsid w:val="00034616"/>
    <w:rsid w:val="0006063C"/>
    <w:rsid w:val="0010012A"/>
    <w:rsid w:val="0015074B"/>
    <w:rsid w:val="0029639D"/>
    <w:rsid w:val="00326F90"/>
    <w:rsid w:val="0078534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892D00"/>
  <w14:defaultImageDpi w14:val="300"/>
  <w15:docId w15:val="{5517550D-4667-4D39-9E6B-D0B3D4BB8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Jak Evans</cp:lastModifiedBy>
  <cp:revision>2</cp:revision>
  <dcterms:created xsi:type="dcterms:W3CDTF">2025-07-07T07:40:00Z</dcterms:created>
  <dcterms:modified xsi:type="dcterms:W3CDTF">2025-07-07T07:40:00Z</dcterms:modified>
  <cp:category/>
</cp:coreProperties>
</file>